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הַחֹרֶף – עוֹנָה קָרָה וּמְיֻחֶדֶת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מילה להסבר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פשוטים עם מילות 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מטריה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ברק הוא אור חזק, רעם הוא הקול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המדויקת של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מעיל שומר על חום הגוף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(שט בשמיים ומביא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(אוויר שזז מהר)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(בד ארוך על הצוואר)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(אוכל חם בקערה)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הכוללים לפחות שתי מילות חורף מהקלפים, כתובים בלשון 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מציג חלוקה הגיונית, למשל: תופעות טבע מול בגדים, עם הסבר קצר לבחירה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עונה קרה בשנה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ברק הוא אור, רעם הוא קול שבא אחריו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מעיל או צעיף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בקלפים הפיזיים או במסך בזמן התרגול כדי לחזק את הקישור בין 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חלק ההתאמה בזוגות לפני המעבר לכתיבה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בזיהוי בסיסי של המילים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הַחֹרֶף – עוֹנָה קָרָה וּמְיֻחֶדֶת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מילות הקלפים של החורף - גשם, שלג, רוח ועוד. נקרא, נתאים ונכתוב משפטים קצרים.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רעם  ·  מעיל  ·  מטריה  ·  גשם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מילה מתארת את העונה הקרה בשנה?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בא אחרי הברק?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שומר עלינו מהגשם?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צעיף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מטריה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ברק הוא קול חזק בשמיים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גשם הוא טיפות מים שיורדות מהעננים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מעיל הוא בגד חם שלובשים בחורף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בחורף יורד __________ קר מהשמיים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כשיש ברק, אחריו שומעים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כדי לא להירטב מהגשם פותחים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כשקר בחוץ לובשים __________ חם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ענן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אוויר שזז מהר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אוכל חם בקערה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צעיף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שט בשמיים ומביא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בד ארוך על הצוואר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 משפטים על דברים שאתם אוהבים בחורף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מיינו בדמיונכם את 12 מילות הקלפים לשתי קבוצות לפי בחירתכם, וכתבו אילו קבוצות בחרתם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ברק לרעם?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הַחֹרֶף – עוֹנָה קָרָה וּמְיֻחֶדֶת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