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הַחֹרֶף – עוֹנָה קָרָה וּמְיֻחֶדֶת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פשוטים עם מילות 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צעיף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ברק הוא אור חזק, רעם הוא הקול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מעיל שומר על חום הגוף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רוח היא אוויר שזז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מתואר הענן בקלפים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זו הגדרת שלג, לא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(שט בשמיים ומביא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(אוויר שזז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(בד ארוך על הצוואר)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(אוכל חם בקערה)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(אור חזק ומהיר בשמיים)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הכוללים לפחות שתי מילות חורף מהקלפים, כתובים בלשון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המתאר תופעה מהקלפים כמו שלולית, מטריה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מציג חלוקה הגיונית, למשל: תופעות טבע מול בגדים, עם הסבר קצר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עונה קרה בשנה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ברק הוא אור, רעם הוא קול שבא אחריו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 או צעיף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בקלפים הפיזיים או במסך בזמן התרגול כדי לחזק את הקישור בין מילה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לפני המעבר לכתיבה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הַחֹרֶף – עוֹנָה קָרָה וּמְיֻחֶדֶת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חורף. נקרא ונתאים מילים לתמונות ולהסברים.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חֹרֶף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הָעוֹנָה הַקָּרָה בַּשָּׁנָה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גֶּשֶׁם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טִפּוֹת מַיִם שֶׁיּוֹרְדוֹת מֵהָעֲנָנִים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עָנָן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שָׁט בַּשָּׁמַיִם וּמֵבִיא גֶּשֶׁם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בָּרָק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אוֹר חָזָק וּמָהִיר בַּשָּׁמַיִם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רַעַם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קוֹל חָזָק שֶׁבָּא אַחֲרֵי הַבָּרָק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שְׁלוּלִית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מַיִם עַל הָאֲדָמָה אַחֲרֵי גֶּשֶׁם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מִטְרִיָּה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שׁוֹמֶרֶת עָלֵינוּ מֵהַגֶּשֶׁם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שֶׁלֶג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פְּתִיתִים לְבָנִים וְקָרִים מְאוֹד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לעונה הקרה?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שומעים אחרי הברק?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פותחים כשיורד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רואים על הרצפה אחרי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שמים על הצוואר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אוכלים חם כשקר?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הוא קול חזק בשמיים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 הוא טיפות מים שיורדות מהעננים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מעיל הוא בגד חם שלובשים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רוח היא אוויר שזז לאט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ענן שט בשמיים ומביא 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שלולית היא פתיתים לבנים וקרים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בחורף יורד __________ קר מהשמיים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כשיש ברק, אחריו שומעים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לא להירטב מהגשם פותחים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כשקר בחוץ לובשים __________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הם פתיתים לבנים וקרים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אחרי הגשם נשארת __________ על האדמה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ענן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שט בשמיים ומביא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צעיף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אור חזק ומהיר בשמיים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 ארוך על הצוואר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אוויר שזז מהר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על דברים שאתם אוהבים בחורף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שמתאר מה קורה כשיורד גשם בחוץ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מיינו בדמיונכם את 12 מילות הקלפים לשתי קבוצות לפי בחירתכם, וכתבו אילו קבוצות בחרתם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ברק לרעם?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בגד שלובשים בחורף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הַחֹרֶף – עוֹנָה קָרָה וּמְיֻחֶדֶת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