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הַחֹרֶף – עוֹנָה קָרָה וּמְיֻחֶדֶת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עם מילות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ברק הוא אור חזק, רעם הוא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מעיל שומר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רוח היא אוויר שזז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הענן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זו הגדרת שלג, לא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 בשמיים ומביא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(אוויר שזז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(בד ארוך על הצוואר)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(אוכל חם בקערה)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(אור חזק ומהיר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הכוללים לפחות שתי מילות חורף מהקלפים, כתובים בלשון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המתאר תופעה מהקלפים כמו שלולית, מטריה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מציג חלוקה הגיונית, למשל: תופעות טבע מול בגדים,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קרה בשנה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אור, רעם הוא 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או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בקלפים הפיזיים או במסך בזמן התרגול כדי לחזק את הקישור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הַחֹרֶף – עוֹנָה קָרָה וּמְיֻחֶדֶת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מילות הקלפים של החורף - גשם, שלג, רוח ועוד. נקרא, נתאים ונכתוב משפטים קצרים.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את העונה הקרה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בא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שומר עלינו מהגשם?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נמצא על האדמה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בגד שמים על הצוואר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אוכלים חם בקערה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קול חזק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הוא טיפות מים שיורדות מהעננים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מעיל הוא בגד חם שלובשים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היא אוויר שזז לאט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ענן שט בשמיים ומביא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היא פתיתים לבנים וקרים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קר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כשיש ברק, אחריו שומעים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לא להירטב מהגשם פותחים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כשקר בחוץ לובשים __________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הם פתיתים לבנים וקרים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 הגשם נשארת __________ על האדמה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אוויר שזז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חזק ומהיר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 בשמיים ומביא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 ארוך על הצוואר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דברים שאתם אוהבים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מה קורה כשיורד גשם בחוץ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מיינו בדמיונכם את 12 מילות הקלפים לשתי קבוצות לפי בחירתכם, וכתבו אילו קבוצות בחרתם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בגד שלובשים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הַחֹרֶף – עוֹנָה קָרָה וּמְיֻחֶדֶת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